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8B2D6B"/>
          <w:sz w:val="60"/>
        </w:rPr>
        <w:t>HALLYU DIARIO</w:t>
        <w:br/>
      </w:r>
      <w:r>
        <w:rPr>
          <w:color w:val="555060"/>
          <w:sz w:val="28"/>
        </w:rPr>
        <w:t>Letras para Suno — OSTs de K-drama y canciones de K-pop</w:t>
      </w:r>
    </w:p>
    <w:p>
      <w:pPr>
        <w:jc w:val="center"/>
      </w:pPr>
      <w:r>
        <w:rPr>
          <w:i/>
        </w:rPr>
        <w:t>10 canciones ficticias · Letras en español y coreano · Incluye estilo sugerido para el prompt de Suno.</w:t>
        <w:br/>
        <w:t>Guarda cada MP3 en la carpeta  14-kdrama-hub/audio/  con el nombre de archivo indicado.</w:t>
      </w:r>
    </w:p>
    <w:p>
      <w:r>
        <w:br w:type="page"/>
      </w:r>
    </w:p>
    <w:p>
      <w:pPr>
        <w:pStyle w:val="Heading1"/>
      </w:pPr>
      <w:r>
        <w:rPr>
          <w:color w:val="8B2D6B"/>
        </w:rPr>
        <w:t>01 · Te esperé bajo la lluvia</w:t>
      </w:r>
    </w:p>
    <w:p>
      <w:r>
        <w:rPr>
          <w:b/>
        </w:rPr>
        <w:t>OST de serie — «Lluvia en Abril»</w:t>
        <w:br/>
      </w:r>
      <w:r>
        <w:rPr>
          <w:color w:val="707070"/>
        </w:rPr>
        <w:t>Archivo MP3: audio/ost-lluvia-en-abril.mp3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K-ballad emotiva, piano y cuerdas, tempo lento 68 bpm, voz femenina suave que crece a un clímax con batería ligera; estilo OST de drama coreano romántico, final en falsete delicado.</w:t>
      </w:r>
    </w:p>
    <w:p>
      <w:pPr>
        <w:pStyle w:val="Heading2"/>
      </w:pPr>
      <w:r>
        <w:t>Letra en español</w:t>
      </w:r>
    </w:p>
    <w:p>
      <w:r>
        <w:t>[Verso 1]</w:t>
        <w:br/>
        <w:t>Abril volvió con su gris costumbre,</w:t>
        <w:br/>
        <w:t>las flores tiemblan en mi ventana.</w:t>
        <w:br/>
        <w:t>Tú traías el pronóstico del cielo,</w:t>
        <w:br/>
        <w:t>yo escondía el corazón bajo la lana.</w:t>
        <w:br/>
        <w:br/>
        <w:t>[Pre-coro]</w:t>
        <w:br/>
        <w:t>Dijiste "lloverá toda la semana",</w:t>
        <w:br/>
        <w:t>y por primera vez recé por tormenta.</w:t>
        <w:br/>
        <w:br/>
        <w:t>[Coro]</w:t>
        <w:br/>
        <w:t>Te esperé bajo la lluvia,</w:t>
        <w:br/>
        <w:t>con un paraguas roto y la fe entera.</w:t>
        <w:br/>
        <w:t>Cada gota que caía</w:t>
        <w:br/>
        <w:t>me enseñaba a decir tu nombre a mi manera.</w:t>
        <w:br/>
        <w:t>Si el cielo se despeja, no te vayas:</w:t>
        <w:br/>
        <w:t>mi pronóstico eres tú, aunque no llueva.</w:t>
        <w:br/>
        <w:br/>
        <w:t>[Verso 2]</w:t>
        <w:br/>
        <w:t>Guardaste el paraguas de aquel día,</w:t>
        <w:br/>
        <w:t>yo guardé el sonido de tu risa.</w:t>
        <w:br/>
        <w:t>El clima nunca supo de nosotros,</w:t>
        <w:br/>
        <w:t>pero abril nos cita sin prisa.</w:t>
        <w:br/>
        <w:br/>
        <w:t>[Puente]</w:t>
        <w:br/>
        <w:t>Cien por ciento de probabilidad</w:t>
        <w:br/>
        <w:t>de encontrarte otra vez…</w:t>
        <w:br/>
        <w:br/>
        <w:t>[Coro final]</w:t>
        <w:br/>
        <w:t>Te esperé bajo la lluvia,</w:t>
        <w:br/>
        <w:t>y la lluvia me trajo primavera.</w:t>
      </w:r>
    </w:p>
    <w:p>
      <w:pPr>
        <w:pStyle w:val="Heading2"/>
      </w:pPr>
      <w:r>
        <w:t>Letra en coreano (가사)</w:t>
      </w:r>
    </w:p>
    <w:p>
      <w:r>
        <w:t>[Verso 1 / 1절]</w:t>
        <w:br/>
        <w:t>사월은 또 회색빛으로 오고</w:t>
        <w:br/>
        <w:t>창가의 꽃들이 조용히 떨려요</w:t>
        <w:br/>
        <w:t>그대는 하늘의 예보를 들고 와</w:t>
        <w:br/>
        <w:t>나는 스웨터 속에 마음을 숨겼죠</w:t>
        <w:br/>
        <w:br/>
        <w:t>[Pre-coro / 프리코러스]</w:t>
        <w:br/>
        <w:t>"일주일 내내 비가 온대요"</w:t>
        <w:br/>
        <w:t>난 처음으로 폭풍을 빌었어요</w:t>
        <w:br/>
        <w:br/>
        <w:t>[Coro / 후렴]</w:t>
        <w:br/>
        <w:t>빗속에서 그댈 기다렸어요</w:t>
        <w:br/>
        <w:t>부서진 우산과 온전한 믿음으로</w:t>
        <w:br/>
        <w:t>떨어지는 빗방울마다</w:t>
        <w:br/>
        <w:t>그대 이름을 부르는 법을 배웠죠</w:t>
        <w:br/>
        <w:t>하늘이 개어도 떠나지 말아요</w:t>
        <w:br/>
        <w:t>비가 오지 않아도 내 예보는 그대니까</w:t>
        <w:br/>
        <w:br/>
        <w:t>[Verso 2 / 2절]</w:t>
        <w:br/>
        <w:t>그날의 우산을 그대가 간직했듯</w:t>
        <w:br/>
        <w:t>나는 그대 웃음소리를 간직했어요</w:t>
        <w:br/>
        <w:t>날씨는 우리를 몰랐지만</w:t>
        <w:br/>
        <w:t>사월은 서두르지 않고 우릴 불러요</w:t>
        <w:br/>
        <w:br/>
        <w:t>[Puente / 브릿지]</w:t>
        <w:br/>
        <w:t>그댈 다시 만날 확률</w:t>
        <w:br/>
        <w:t>백 퍼센트…</w:t>
        <w:br/>
        <w:br/>
        <w:t>[Coro final / 마지막 후렴]</w:t>
        <w:br/>
        <w:t>빗속에서 그댈 기다렸고</w:t>
        <w:br/>
        <w:t>그 비가 내게 봄을 데려왔죠</w:t>
      </w:r>
    </w:p>
    <w:p>
      <w:r>
        <w:br w:type="page"/>
      </w:r>
    </w:p>
    <w:p>
      <w:pPr>
        <w:pStyle w:val="Heading1"/>
      </w:pPr>
      <w:r>
        <w:rPr>
          <w:color w:val="8B2D6B"/>
        </w:rPr>
        <w:t>02 · Marea de ti</w:t>
      </w:r>
    </w:p>
    <w:p>
      <w:r>
        <w:rPr>
          <w:b/>
        </w:rPr>
        <w:t>OST de serie — «El Heredero del Mar»</w:t>
        <w:br/>
      </w:r>
      <w:r>
        <w:rPr>
          <w:color w:val="707070"/>
        </w:rPr>
        <w:t>Archivo MP3: audio/ost-heredero-del-mar.mp3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Balada épica coreana con orquesta, cuerdas cinematográficas y percusión de oleaje, 72 bpm, voz masculina profunda, clímax con coros; estilo OST de drama, atmósfera de mar y faro.</w:t>
      </w:r>
    </w:p>
    <w:p>
      <w:pPr>
        <w:pStyle w:val="Heading2"/>
      </w:pPr>
      <w:r>
        <w:t>Letra en español</w:t>
      </w:r>
    </w:p>
    <w:p>
      <w:r>
        <w:t>[Verso 1]</w:t>
        <w:br/>
        <w:t>Yo firmaba contratos con el mundo,</w:t>
        <w:br/>
        <w:t>tú remendabas redes con el alba.</w:t>
        <w:br/>
        <w:t>Mi apellido pesaba como un ancla,</w:t>
        <w:br/>
        <w:t>tu faro no pedía nada a cambio.</w:t>
        <w:br/>
        <w:br/>
        <w:t>[Pre-coro]</w:t>
        <w:br/>
        <w:t>El mar no negocia, me dijiste,</w:t>
        <w:br/>
        <w:t>y me quedé sin argumentos.</w:t>
        <w:br/>
        <w:br/>
        <w:t>[Coro]</w:t>
        <w:br/>
        <w:t>Eres marea de ti, marea de ti,</w:t>
        <w:br/>
        <w:t>subes por mi pecho sin permiso.</w:t>
        <w:br/>
        <w:t>Yo que dominaba puertos y papeles</w:t>
        <w:br/>
        <w:t>naufragué en el borde de tu risa.</w:t>
        <w:br/>
        <w:t>Enciende el faro, guíame a casa:</w:t>
        <w:br/>
        <w:t>mi único puerto tiene tu nombre.</w:t>
        <w:br/>
        <w:br/>
        <w:t>[Verso 2]</w:t>
        <w:br/>
        <w:t>Aprendí el idioma de la sal,</w:t>
        <w:br/>
        <w:t>el viento me enseñó a llegar tarde.</w:t>
        <w:br/>
        <w:t>Un año me exiliaron de mi torre</w:t>
        <w:br/>
        <w:t>y el exilio me supo a libertad.</w:t>
        <w:br/>
        <w:br/>
        <w:t>[Puente]</w:t>
        <w:br/>
        <w:t>Si la empresa es mía, que se hunda:</w:t>
        <w:br/>
        <w:t>yo ya elegí este horizonte.</w:t>
        <w:br/>
        <w:br/>
        <w:t>[Coro final]</w:t>
        <w:br/>
        <w:t>Eres marea de ti, marea de ti…</w:t>
        <w:br/>
        <w:t>y contigo sube toda mi vida.</w:t>
      </w:r>
    </w:p>
    <w:p>
      <w:pPr>
        <w:pStyle w:val="Heading2"/>
      </w:pPr>
      <w:r>
        <w:t>Letra en coreano (가사)</w:t>
      </w:r>
    </w:p>
    <w:p>
      <w:r>
        <w:t>[Verso 1 / 1절]</w:t>
        <w:br/>
        <w:t>나는 세상과 계약서에 서명했고</w:t>
        <w:br/>
        <w:t>그대는 새벽마다 그물을 기웠죠</w:t>
        <w:br/>
        <w:t>내 이름은 닻처럼 무거웠지만</w:t>
        <w:br/>
        <w:t>그대의 등대는 아무것도 바라지 않았어요</w:t>
        <w:br/>
        <w:br/>
        <w:t>[Pre-coro / 프리코러스]</w:t>
        <w:br/>
        <w:t>"바다는 흥정하지 않아요" 그대가 말했고</w:t>
        <w:br/>
        <w:t>나는 할 말을 잃었죠</w:t>
        <w:br/>
        <w:br/>
        <w:t>[Coro / 후렴]</w:t>
        <w:br/>
        <w:t>그대는 밀물처럼, 밀물처럼</w:t>
        <w:br/>
        <w:t>허락도 없이 내 가슴에 차올라요</w:t>
        <w:br/>
        <w:t>항구와 서류를 다스리던 내가</w:t>
        <w:br/>
        <w:t>그대 웃음의 끝에서 난파했어요</w:t>
        <w:br/>
        <w:t>등대를 켜요, 집으로 이끌어줘요</w:t>
        <w:br/>
        <w:t>내 유일한 항구엔 그대 이름이 있죠</w:t>
        <w:br/>
        <w:br/>
        <w:t>[Verso 2 / 2절]</w:t>
        <w:br/>
        <w:t>소금의 언어를 배웠고</w:t>
        <w:br/>
        <w:t>바람은 내게 늦는 법을 가르쳤죠</w:t>
        <w:br/>
        <w:t>일 년의 유배가 내겐</w:t>
        <w:br/>
        <w:t>자유의 맛이었어요</w:t>
        <w:br/>
        <w:br/>
        <w:t>[Puente / 브릿지]</w:t>
        <w:br/>
        <w:t>회사가 내 것이라면 가라앉아도 좋아</w:t>
        <w:br/>
        <w:t>난 이미 이 수평선을 택했으니</w:t>
        <w:br/>
        <w:br/>
        <w:t>[Coro final / 마지막 후렴]</w:t>
        <w:br/>
        <w:t>그대는 밀물처럼, 밀물처럼…</w:t>
        <w:br/>
        <w:t>그대와 함께 내 삶이 차올라요</w:t>
      </w:r>
    </w:p>
    <w:p>
      <w:r>
        <w:br w:type="page"/>
      </w:r>
    </w:p>
    <w:p>
      <w:pPr>
        <w:pStyle w:val="Heading1"/>
      </w:pPr>
      <w:r>
        <w:rPr>
          <w:color w:val="8B2D6B"/>
        </w:rPr>
        <w:t>03 · Contigo hasta el amanecer</w:t>
      </w:r>
    </w:p>
    <w:p>
      <w:r>
        <w:rPr>
          <w:b/>
        </w:rPr>
        <w:t>OST de serie — «Mi Jefe es un Fantasma»</w:t>
        <w:br/>
      </w:r>
      <w:r>
        <w:rPr>
          <w:color w:val="707070"/>
        </w:rPr>
        <w:t>Archivo MP3: audio/ost-jefe-fantasma.mp3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Pop-rock romántico con toque cómico, guitarras brillantes y palmas, 118 bpm, dueto hombre-mujer con diálogos cantados; estilo OST de comedia romántica coreana, coro pegadizo.</w:t>
      </w:r>
    </w:p>
    <w:p>
      <w:pPr>
        <w:pStyle w:val="Heading2"/>
      </w:pPr>
      <w:r>
        <w:t>Letra en español</w:t>
      </w:r>
    </w:p>
    <w:p>
      <w:r>
        <w:t>[Verso 1 - Él]</w:t>
        <w:br/>
        <w:t>Atravieso las paredes de tu oficina,</w:t>
        <w:br/>
        <w:t>pero espero el ascensor por cortesía.</w:t>
        <w:br/>
        <w:t>Firmé mil contratos estando vivo</w:t>
        <w:br/>
        <w:t>y ahora no puedo firmar que eres mía.</w:t>
        <w:br/>
        <w:br/>
        <w:t>[Verso 2 - Ella]</w:t>
        <w:br/>
        <w:t>Encontré un error en los balances</w:t>
        <w:br/>
        <w:t>y un jefe flotando en la sala nueve.</w:t>
        <w:br/>
        <w:t>Los números nunca me mintieron:</w:t>
        <w:br/>
        <w:t>dicen que quererte no se debe.</w:t>
        <w:br/>
        <w:br/>
        <w:t>[Pre-coro - Ambos]</w:t>
        <w:br/>
        <w:t>Estar muerto no es excusa</w:t>
        <w:br/>
        <w:t>para llegar tarde al corazón.</w:t>
        <w:br/>
        <w:br/>
        <w:t>[Coro]</w:t>
        <w:br/>
        <w:t>Contigo hasta el amanecer,</w:t>
        <w:br/>
        <w:t>aunque el sol te vuelva transparente.</w:t>
        <w:br/>
        <w:t>Audita mi vida entera, ven,</w:t>
        <w:br/>
        <w:t>que mi único pendiente eres tú, presente.</w:t>
        <w:br/>
        <w:t>Si despierto, te busco.</w:t>
        <w:br/>
        <w:t>Si no despierto… te espero.</w:t>
        <w:br/>
        <w:br/>
        <w:t>[Puente - Ella]</w:t>
        <w:br/>
        <w:t>Hablo sola en la oficina.</w:t>
        <w:br/>
        <w:t>[Él] No estás sola. Nunca lo estuviste.</w:t>
        <w:br/>
        <w:br/>
        <w:t>[Coro final]</w:t>
        <w:br/>
        <w:t>Contigo hasta el amanecer…</w:t>
        <w:br/>
        <w:t>firmado: tu fantasma favorito.</w:t>
      </w:r>
    </w:p>
    <w:p>
      <w:pPr>
        <w:pStyle w:val="Heading2"/>
      </w:pPr>
      <w:r>
        <w:t>Letra en coreano (가사)</w:t>
      </w:r>
    </w:p>
    <w:p>
      <w:r>
        <w:t>[Verso 1 - 남 / 1절]</w:t>
        <w:br/>
        <w:t>그대 사무실 벽을 통과하면서도</w:t>
        <w:br/>
        <w:t>예의상 엘리베이터를 기다려요</w:t>
        <w:br/>
        <w:t>살아서는 천 개의 계약서에 서명했는데</w:t>
        <w:br/>
        <w:t>그대가 내 사람이란 서명은 못 하네요</w:t>
        <w:br/>
        <w:br/>
        <w:t>[Verso 2 - 여 / 2절]</w:t>
        <w:br/>
        <w:t>장부에서 오류를 찾았고</w:t>
        <w:br/>
        <w:t>9층 회의실에서 떠 있는 사장님을 찾았죠</w:t>
        <w:br/>
        <w:t>숫자는 날 속인 적 없는데</w:t>
        <w:br/>
        <w:t>그댈 사랑하면 안 된다고 말하네요</w:t>
        <w:br/>
        <w:br/>
        <w:t>[Pre-coro - 둘이 / 프리코러스]</w:t>
        <w:br/>
        <w:t>죽었다는 건 핑계가 안 돼요</w:t>
        <w:br/>
        <w:t>마음에 늦게 도착하는 핑계는</w:t>
        <w:br/>
        <w:br/>
        <w:t>[Coro / 후렴]</w:t>
        <w:br/>
        <w:t>새벽이 올 때까지 그대와</w:t>
        <w:br/>
        <w:t>햇살이 그댈 투명하게 만들어도</w:t>
        <w:br/>
        <w:t>내 인생 전부를 감사해줘요</w:t>
        <w:br/>
        <w:t>내 유일한 미결 업무는 그대니까</w:t>
        <w:br/>
        <w:t>깨어나면 그댈 찾을게요</w:t>
        <w:br/>
        <w:t>깨어나지 못하면… 기다릴게요</w:t>
        <w:br/>
        <w:br/>
        <w:t>[Puente / 브릿지 - 여]</w:t>
        <w:br/>
        <w:t>사무실에서 혼잣말을 해요</w:t>
        <w:br/>
        <w:t>[남] 혼자가 아니에요, 한 번도 아니었어요</w:t>
        <w:br/>
        <w:br/>
        <w:t>[Coro final / 마지막 후렴]</w:t>
        <w:br/>
        <w:t>새벽이 올 때까지 그대와…</w:t>
        <w:br/>
        <w:t>서명: 그대의 단골 유령</w:t>
      </w:r>
    </w:p>
    <w:p>
      <w:r>
        <w:br w:type="page"/>
      </w:r>
    </w:p>
    <w:p>
      <w:pPr>
        <w:pStyle w:val="Heading1"/>
      </w:pPr>
      <w:r>
        <w:rPr>
          <w:color w:val="8B2D6B"/>
        </w:rPr>
        <w:t>04 · Hilo rojo a las nueve</w:t>
      </w:r>
    </w:p>
    <w:p>
      <w:r>
        <w:rPr>
          <w:b/>
        </w:rPr>
        <w:t>OST de serie — «Cita a las Nueve»</w:t>
        <w:br/>
      </w:r>
      <w:r>
        <w:rPr>
          <w:color w:val="707070"/>
        </w:rPr>
        <w:t>Archivo MP3: audio/ost-cita-a-las-nueve.mp3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City pop coreano retro, bajo funky, sintetizadores ochenteros y saxo, 104 bpm, voz femenina con coros masculinos; groove elegante de noche urbana, estilo OST juguetón.</w:t>
      </w:r>
    </w:p>
    <w:p>
      <w:pPr>
        <w:pStyle w:val="Heading2"/>
      </w:pPr>
      <w:r>
        <w:t>Letra en español</w:t>
      </w:r>
    </w:p>
    <w:p>
      <w:r>
        <w:t>[Verso 1]</w:t>
        <w:br/>
        <w:t>Cláusula primera: no mirarte tanto.</w:t>
        <w:br/>
        <w:t>Cláusula segunda: no soñar contigo.</w:t>
        <w:br/>
        <w:t>Firmamos con café y con apuro</w:t>
        <w:br/>
        <w:t>un noviazgo falso, bono incluido.</w:t>
        <w:br/>
        <w:br/>
        <w:t>[Pre-coro]</w:t>
        <w:br/>
        <w:t>Pero el reloj marca las nueve</w:t>
        <w:br/>
        <w:t>y mi corazón no lee contratos.</w:t>
        <w:br/>
        <w:br/>
        <w:t>[Coro]</w:t>
        <w:br/>
        <w:t>Hilo rojo a las nueve,</w:t>
        <w:br/>
        <w:t>puntual como tus excusas.</w:t>
        <w:br/>
        <w:t>Dibujo tu cara en las servilletas,</w:t>
        <w:br/>
        <w:t>tú finges que no te gustan.</w:t>
        <w:br/>
        <w:t>Anexo A: me estoy cayendo.</w:t>
        <w:br/>
        <w:t>Anexo B: tú también.</w:t>
        <w:br/>
        <w:t>Que renueven este contrato</w:t>
        <w:br/>
        <w:t>hasta el último amanecer.</w:t>
        <w:br/>
        <w:br/>
        <w:t>[Verso 2]</w:t>
        <w:br/>
        <w:t>Llegas siempre a las ocho cincuenta y nueve,</w:t>
        <w:br/>
        <w:t>yo invento reuniones que no existen.</w:t>
        <w:br/>
        <w:t>La empresa nos paga por mentir</w:t>
        <w:br/>
        <w:t>y mentimos fatal desde el viernes.</w:t>
        <w:br/>
        <w:br/>
        <w:t>[Puente]</w:t>
        <w:br/>
        <w:t>Cláusula final, la letra chica:</w:t>
        <w:br/>
        <w:t>"enamorarse anula el bono".</w:t>
        <w:br/>
        <w:t>Quédate el dinero, dame el lunes,</w:t>
        <w:br/>
        <w:t>dame todos los relojes.</w:t>
        <w:br/>
        <w:br/>
        <w:t>[Coro final]</w:t>
        <w:br/>
        <w:t>Hilo rojo a las nueve…</w:t>
        <w:br/>
        <w:t>y a las diez, y para siempre.</w:t>
      </w:r>
    </w:p>
    <w:p>
      <w:pPr>
        <w:pStyle w:val="Heading2"/>
      </w:pPr>
      <w:r>
        <w:t>Letra en coreano (가사)</w:t>
      </w:r>
    </w:p>
    <w:p>
      <w:r>
        <w:t>[Verso 1 / 1절]</w:t>
        <w:br/>
        <w:t>제1조: 그렇게 바라보지 말 것</w:t>
        <w:br/>
        <w:t>제2조: 그대 꿈을 꾸지 말 것</w:t>
        <w:br/>
        <w:t>커피 한 잔과 조급함으로 서명했죠</w:t>
        <w:br/>
        <w:t>보너스가 걸린 가짜 연애</w:t>
        <w:br/>
        <w:br/>
        <w:t>[Pre-coro / 프리코러스]</w:t>
        <w:br/>
        <w:t>그런데 시계가 아홉 시를 가리키면</w:t>
        <w:br/>
        <w:t>내 심장은 계약서를 읽지 않아요</w:t>
        <w:br/>
        <w:br/>
        <w:t>[Coro / 후렴]</w:t>
        <w:br/>
        <w:t>아홉 시의 붉은 실</w:t>
        <w:br/>
        <w:t>그대 변명처럼 정확하죠</w:t>
        <w:br/>
        <w:t>냅킨에 그대 얼굴을 그리고</w:t>
        <w:br/>
        <w:t>그대는 안 좋아하는 척해요</w:t>
        <w:br/>
        <w:t>부속서 A: 나 빠져들고 있어요</w:t>
        <w:br/>
        <w:t>부속서 B: 그대도요</w:t>
        <w:br/>
        <w:t>이 계약을 갱신해줘요</w:t>
        <w:br/>
        <w:t>마지막 새벽까지</w:t>
        <w:br/>
        <w:br/>
        <w:t>[Verso 2 / 2절]</w:t>
        <w:br/>
        <w:t>그대는 늘 여덟 시 오십구 분에 오고</w:t>
        <w:br/>
        <w:t>나는 없는 회의를 지어내요</w:t>
        <w:br/>
        <w:t>회사는 거짓말에 월급을 주는데</w:t>
        <w:br/>
        <w:t>우린 금요일부터 거짓말이 서툴러요</w:t>
        <w:br/>
        <w:br/>
        <w:t>[Puente / 브릿지]</w:t>
        <w:br/>
        <w:t>마지막 조항, 작은 글씨:</w:t>
        <w:br/>
        <w:t>"사랑에 빠지면 보너스는 무효"</w:t>
        <w:br/>
        <w:t>돈은 가져가요, 월요일을 줘요</w:t>
        <w:br/>
        <w:t>세상 모든 시계를 줘요</w:t>
        <w:br/>
        <w:br/>
        <w:t>[Coro final / 마지막 후렴]</w:t>
        <w:br/>
        <w:t>아홉 시의 붉은 실…</w:t>
        <w:br/>
        <w:t>열 시에도, 영원히</w:t>
      </w:r>
    </w:p>
    <w:p>
      <w:r>
        <w:br w:type="page"/>
      </w:r>
    </w:p>
    <w:p>
      <w:pPr>
        <w:pStyle w:val="Heading1"/>
      </w:pPr>
      <w:r>
        <w:rPr>
          <w:color w:val="8B2D6B"/>
        </w:rPr>
        <w:t>05 · Página doce</w:t>
      </w:r>
    </w:p>
    <w:p>
      <w:r>
        <w:rPr>
          <w:b/>
        </w:rPr>
        <w:t>OST de serie — «La Librería de Medianoche»</w:t>
        <w:br/>
      </w:r>
      <w:r>
        <w:rPr>
          <w:color w:val="707070"/>
        </w:rPr>
        <w:t>Archivo MP3: audio/ost-libreria-medianoche.mp3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Indie acústico soñador, guitarra fingerpicking, celesta y coros etéreos, 82 bpm, dueto susurrado hombre-mujer; atmósfera mágica nocturna, estilo OST de fantasía romántica.</w:t>
      </w:r>
    </w:p>
    <w:p>
      <w:pPr>
        <w:pStyle w:val="Heading2"/>
      </w:pPr>
      <w:r>
        <w:t>Letra en español</w:t>
      </w:r>
    </w:p>
    <w:p>
      <w:r>
        <w:t>[Verso 1]</w:t>
        <w:br/>
        <w:t>La puerta abre cuando el mundo cierra,</w:t>
        <w:br/>
        <w:t>huele a papel viejo y a futuro.</w:t>
        <w:br/>
        <w:t>Tomamos el mismo libro a medianoche</w:t>
        <w:br/>
        <w:t>y el índice tembló, te lo juro.</w:t>
        <w:br/>
        <w:br/>
        <w:t>[Pre-coro]</w:t>
        <w:br/>
        <w:t>Dicen que estos libros</w:t>
        <w:br/>
        <w:t>enseñan el final…</w:t>
        <w:br/>
        <w:br/>
        <w:t>[Coro]</w:t>
        <w:br/>
        <w:t>Pero yo doblé la página doce,</w:t>
        <w:br/>
        <w:t>donde tu mano roza la mía.</w:t>
        <w:br/>
        <w:t>No quiero saber cómo termina:</w:t>
        <w:br/>
        <w:t>quiero leerte día a día.</w:t>
        <w:br/>
        <w:t>Si el destino ya está escrito,</w:t>
        <w:br/>
        <w:t>que lo escriban con tu tinta.</w:t>
        <w:br/>
        <w:t>Página doce, quédate conmigo,</w:t>
        <w:br/>
        <w:t>la mejor parte no se adelanta.</w:t>
        <w:br/>
        <w:br/>
        <w:t>[Verso 2]</w:t>
        <w:br/>
        <w:t>Tú dibujas lo que no te atreves,</w:t>
        <w:br/>
        <w:t>yo custodio finales ajenos.</w:t>
        <w:br/>
        <w:t>Mi propio libro sigue cerrado:</w:t>
        <w:br/>
        <w:t>me da más miedo el sí que el menos.</w:t>
        <w:br/>
        <w:br/>
        <w:t>[Puente]</w:t>
        <w:br/>
        <w:t>Léeme despacio,</w:t>
        <w:br/>
        <w:t>que el insomnio ya no duele.</w:t>
        <w:br/>
        <w:br/>
        <w:t>[Coro final]</w:t>
        <w:br/>
        <w:t>Doblamos juntos la página doce…</w:t>
        <w:br/>
        <w:t>y dejamos el final para luego.</w:t>
      </w:r>
    </w:p>
    <w:p>
      <w:pPr>
        <w:pStyle w:val="Heading2"/>
      </w:pPr>
      <w:r>
        <w:t>Letra en coreano (가사)</w:t>
      </w:r>
    </w:p>
    <w:p>
      <w:r>
        <w:t>[Verso 1 / 1절]</w:t>
        <w:br/>
        <w:t>세상이 닫힐 때 그 문은 열리고</w:t>
        <w:br/>
        <w:t>오래된 종이와 미래의 냄새가 나요</w:t>
        <w:br/>
        <w:t>자정에 우리는 같은 책을 집었고</w:t>
        <w:br/>
        <w:t>목차가 떨렸어요, 정말이에요</w:t>
        <w:br/>
        <w:br/>
        <w:t>[Pre-coro / 프리코러스]</w:t>
        <w:br/>
        <w:t>이 책들은 결말을</w:t>
        <w:br/>
        <w:t>보여준다고 하죠…</w:t>
        <w:br/>
        <w:br/>
        <w:t>[Coro / 후렴]</w:t>
        <w:br/>
        <w:t>하지만 난 열두 번째 페이지를 접었어요</w:t>
        <w:br/>
        <w:t>그대 손이 내 손에 닿는 그 페이지</w:t>
        <w:br/>
        <w:t>어떻게 끝나는지 알고 싶지 않아요</w:t>
        <w:br/>
        <w:t>그댈 하루하루 읽고 싶어요</w:t>
        <w:br/>
        <w:t>운명이 이미 쓰여 있다면</w:t>
        <w:br/>
        <w:t>그대의 잉크로 쓰이길</w:t>
        <w:br/>
        <w:t>열두 번째 페이지, 내 곁에 있어줘요</w:t>
        <w:br/>
        <w:t>가장 좋은 부분은 미리 읽지 않는 거니까</w:t>
        <w:br/>
        <w:br/>
        <w:t>[Verso 2 / 2절]</w:t>
        <w:br/>
        <w:t>그대는 말 못 한 것들을 그리고</w:t>
        <w:br/>
        <w:t>나는 남들의 결말을 지키죠</w:t>
        <w:br/>
        <w:t>내 책은 아직 닫혀 있어요</w:t>
        <w:br/>
        <w:t>아니오보다 네가 더 두려워서</w:t>
        <w:br/>
        <w:br/>
        <w:t>[Puente / 브릿지]</w:t>
        <w:br/>
        <w:t>천천히 날 읽어줘요</w:t>
        <w:br/>
        <w:t>불면의 밤도 이제 아프지 않게</w:t>
        <w:br/>
        <w:br/>
        <w:t>[Coro final / 마지막 후렴]</w:t>
        <w:br/>
        <w:t>함께 열두 번째 페이지를 접어요…</w:t>
        <w:br/>
        <w:t>결말은 나중을 위해 남겨둬요</w:t>
      </w:r>
    </w:p>
    <w:p>
      <w:r>
        <w:br w:type="page"/>
      </w:r>
    </w:p>
    <w:p>
      <w:pPr>
        <w:pStyle w:val="Heading1"/>
      </w:pPr>
      <w:r>
        <w:rPr>
          <w:color w:val="8B2D6B"/>
        </w:rPr>
        <w:t>06 · Neón Corazón</w:t>
      </w:r>
    </w:p>
    <w:p>
      <w:r>
        <w:rPr>
          <w:b/>
        </w:rPr>
        <w:t>K-pop — LUMI (girl group)</w:t>
        <w:br/>
      </w:r>
      <w:r>
        <w:rPr>
          <w:color w:val="707070"/>
        </w:rPr>
        <w:t>Archivo MP3: audio/kpop-lumi-neon-corazon.mp3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Hyper-pop K-pop Y2K, sintetizadores brillantes, bajo 808, chant coreado y drop bailable, 128 bpm, cuatro voces femeninas jóvenes con ad-libs; energía de videojuego y luces de ciudad.</w:t>
      </w:r>
    </w:p>
    <w:p>
      <w:pPr>
        <w:pStyle w:val="Heading2"/>
      </w:pPr>
      <w:r>
        <w:t>Letra en español</w:t>
      </w:r>
    </w:p>
    <w:p>
      <w:r>
        <w:t>[Intro - chant]</w:t>
        <w:br/>
        <w:t>¡LU-MI! ¡Enciende, enciende!</w:t>
        <w:br/>
        <w:t>¡LU-MI! ¡Neón, neón!</w:t>
        <w:br/>
        <w:br/>
        <w:t>[Verso 1]</w:t>
        <w:br/>
        <w:t>Ciudad pixel, corazón en alta,</w:t>
        <w:br/>
        <w:t>mil ventanas y en todas tu nombre.</w:t>
        <w:br/>
        <w:t>Doy más luz que la avenida entera</w:t>
        <w:br/>
        <w:t>cuando dices que me quieres, en mayúsculas.</w:t>
        <w:br/>
        <w:br/>
        <w:t>[Pre-coro]</w:t>
        <w:br/>
        <w:t>Cárgame al cien, no me dejes en beta,</w:t>
        <w:br/>
        <w:t>mi señal no conoce paredes.</w:t>
        <w:br/>
        <w:br/>
        <w:t>[Coro]</w:t>
        <w:br/>
        <w:t>Neón corazón, late en rosa eléctrico,</w:t>
        <w:br/>
        <w:t>neón corazón, no se apaga nunca.</w:t>
        <w:br/>
        <w:t>Si la ciudad se queda a oscuras,</w:t>
        <w:br/>
        <w:t>yo te ilumino: ¡clic, clic, luz!</w:t>
        <w:br/>
        <w:t>Neón, neón, corazón,</w:t>
        <w:br/>
        <w:t>mi amor se ve desde el espacio.</w:t>
        <w:br/>
        <w:br/>
        <w:t>[Verso 2 - rap]</w:t>
        <w:br/>
        <w:t>Píxel a píxel te armé en mi pantalla,</w:t>
        <w:br/>
        <w:t>error 404: sin ti no hay salida.</w:t>
        <w:br/>
        <w:t>Subo el brillo, bajo la distancia,</w:t>
        <w:br/>
        <w:t>mi batería eres tú, no se me olvida.</w:t>
        <w:br/>
        <w:br/>
        <w:t>[Puente]</w:t>
        <w:br/>
        <w:t>Si parpadeo… es código morse:</w:t>
        <w:br/>
        <w:t>T-E Q-U-I-E-R-O.</w:t>
        <w:br/>
        <w:br/>
        <w:t>[Coro final]</w:t>
        <w:br/>
        <w:t>¡Neón, neón, corazón!</w:t>
        <w:br/>
        <w:t>¡Enciende la ciudad!</w:t>
      </w:r>
    </w:p>
    <w:p>
      <w:pPr>
        <w:pStyle w:val="Heading2"/>
      </w:pPr>
      <w:r>
        <w:t>Letra en coreano (가사)</w:t>
      </w:r>
    </w:p>
    <w:p>
      <w:r>
        <w:t>[Intro - 챈트]</w:t>
        <w:br/>
        <w:t>루-미! 켜져라 켜져라!</w:t>
        <w:br/>
        <w:t>루-미! 네온 네온!</w:t>
        <w:br/>
        <w:br/>
        <w:t>[Verso 1 / 1절]</w:t>
        <w:br/>
        <w:t>픽셀 도시, 심장은 최대 밝기로</w:t>
        <w:br/>
        <w:t>천 개의 창문마다 그대 이름</w:t>
        <w:br/>
        <w:t>그대가 대문자로 좋아한다고 말하면</w:t>
        <w:br/>
        <w:t>난 대로보다 더 환하게 빛나요</w:t>
        <w:br/>
        <w:br/>
        <w:t>[Pre-coro / 프리코러스]</w:t>
        <w:br/>
        <w:t>백 퍼센트로 충전해줘요, 베타로 두지 마요</w:t>
        <w:br/>
        <w:t>내 신호는 벽을 몰라요</w:t>
        <w:br/>
        <w:br/>
        <w:t>[Coro / 후렴]</w:t>
        <w:br/>
        <w:t>네온 심장, 전기 핑크로 뛰어요</w:t>
        <w:br/>
        <w:t>네온 심장, 절대 꺼지지 않아요</w:t>
        <w:br/>
        <w:t>도시가 어둠에 잠겨도</w:t>
        <w:br/>
        <w:t>내가 그댈 비출게요, 클릭 클릭 라이트!</w:t>
        <w:br/>
        <w:t>네온, 네온, 심장아</w:t>
        <w:br/>
        <w:t>내 사랑은 우주에서도 보여요</w:t>
        <w:br/>
        <w:br/>
        <w:t>[Verso 2 - 랩 / 2절]</w:t>
        <w:br/>
        <w:t>픽셀 하나하나 화면에 그댈 조립했죠</w:t>
        <w:br/>
        <w:t>에러 404: 그대 없인 출구가 없어요</w:t>
        <w:br/>
        <w:t>밝기를 올리고 거리를 줄여요</w:t>
        <w:br/>
        <w:t>내 배터리는 그대, 잊지 않아요</w:t>
        <w:br/>
        <w:br/>
        <w:t>[Puente / 브릿지]</w:t>
        <w:br/>
        <w:t>내가 깜빡인다면… 모스 부호예요:</w:t>
        <w:br/>
        <w:t>사-랑-해</w:t>
        <w:br/>
        <w:br/>
        <w:t>[Coro final / 마지막 후렴]</w:t>
        <w:br/>
        <w:t>네온, 네온, 심장아!</w:t>
        <w:br/>
        <w:t>도시를 켜라!</w:t>
      </w:r>
    </w:p>
    <w:p>
      <w:r>
        <w:br w:type="page"/>
      </w:r>
    </w:p>
    <w:p>
      <w:pPr>
        <w:pStyle w:val="Heading1"/>
      </w:pPr>
      <w:r>
        <w:rPr>
          <w:color w:val="8B2D6B"/>
        </w:rPr>
        <w:t>07 · Gravedad Cero</w:t>
      </w:r>
    </w:p>
    <w:p>
      <w:r>
        <w:rPr>
          <w:b/>
        </w:rPr>
        <w:t>K-pop — NOVA9 (boy group)</w:t>
        <w:br/>
      </w:r>
      <w:r>
        <w:rPr>
          <w:color w:val="707070"/>
        </w:rPr>
        <w:t>Archivo MP3: audio/kpop-nova9-gravedad-cero.mp3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EDM K-pop épico, build-up orquestal y drop future bass, 126 bpm, nueve voces masculinas con capas de armonía, rap intenso en el segundo verso; concepto espacial, estadio.</w:t>
      </w:r>
    </w:p>
    <w:p>
      <w:pPr>
        <w:pStyle w:val="Heading2"/>
      </w:pPr>
      <w:r>
        <w:t>Letra en español</w:t>
      </w:r>
    </w:p>
    <w:p>
      <w:r>
        <w:t>[Intro]</w:t>
        <w:br/>
        <w:t>Tres, dos, uno… despegue.</w:t>
        <w:br/>
        <w:br/>
        <w:t>[Verso 1]</w:t>
        <w:br/>
        <w:t>Dejamos atrás el ruido del mundo,</w:t>
        <w:br/>
        <w:t>nueve motores, un solo latido.</w:t>
        <w:br/>
        <w:t>La atmósfera pesaba demasiado:</w:t>
        <w:br/>
        <w:t>la rompimos contigo de testigo.</w:t>
        <w:br/>
        <w:br/>
        <w:t>[Pre-coro]</w:t>
        <w:br/>
        <w:t>No hay arriba ni abajo</w:t>
        <w:br/>
        <w:t>si me miras flotando.</w:t>
        <w:br/>
        <w:br/>
        <w:t>[Coro]</w:t>
        <w:br/>
        <w:t>Gravedad cero, cero, cero,</w:t>
        <w:br/>
        <w:t>tu voz es mi único suelo.</w:t>
        <w:br/>
        <w:t>Caer ya no significa nada:</w:t>
        <w:br/>
        <w:t>contigo caer es volar primero.</w:t>
        <w:br/>
        <w:t>Gravedad cero, cero,</w:t>
        <w:br/>
        <w:t>órbita eterna alrededor de tu fuego.</w:t>
        <w:br/>
        <w:br/>
        <w:t>[Verso 2 - rap]</w:t>
        <w:br/>
        <w:t>Piso la luna con huella nueva,</w:t>
        <w:br/>
        <w:t>NOVA en el pecho, novena potencia.</w:t>
        <w:br/>
        <w:t>Sin oxígeno igual te respiro,</w:t>
        <w:br/>
        <w:t>mi traje espacial es tu paciencia.</w:t>
        <w:br/>
        <w:t>Houston, no hay problema que valga:</w:t>
        <w:br/>
        <w:t>el problema es vivir sin tu presencia.</w:t>
        <w:br/>
        <w:br/>
        <w:t>[Puente]</w:t>
        <w:br/>
        <w:t>Si el universo se expande,</w:t>
        <w:br/>
        <w:t>que nos expanda juntos…</w:t>
        <w:br/>
        <w:br/>
        <w:t>[Coro final]</w:t>
        <w:br/>
        <w:t>¡Gravedad cero, cero, cero!</w:t>
        <w:br/>
        <w:t>Contigo caer es volar primero.</w:t>
      </w:r>
    </w:p>
    <w:p>
      <w:pPr>
        <w:pStyle w:val="Heading2"/>
      </w:pPr>
      <w:r>
        <w:t>Letra en coreano (가사)</w:t>
      </w:r>
    </w:p>
    <w:p>
      <w:r>
        <w:t>[Intro / 인트로]</w:t>
        <w:br/>
        <w:t>셋, 둘, 하나… 발사</w:t>
        <w:br/>
        <w:br/>
        <w:t>[Verso 1 / 1절]</w:t>
        <w:br/>
        <w:t>세상의 소음을 뒤로하고</w:t>
        <w:br/>
        <w:t>아홉 개의 엔진, 하나의 심장</w:t>
        <w:br/>
        <w:t>대기는 너무 무거웠죠</w:t>
        <w:br/>
        <w:t>그대를 증인 삼아 뚫고 나왔어요</w:t>
        <w:br/>
        <w:br/>
        <w:t>[Pre-coro / 프리코러스]</w:t>
        <w:br/>
        <w:t>위도 아래도 없어요</w:t>
        <w:br/>
        <w:t>떠 있는 나를 그대가 바라본다면</w:t>
        <w:br/>
        <w:br/>
        <w:t>[Coro / 후렴]</w:t>
        <w:br/>
        <w:t>무중력, 제로, 제로</w:t>
        <w:br/>
        <w:t>그대 목소리가 나의 유일한 땅</w:t>
        <w:br/>
        <w:t>떨어지는 건 이제 아무 의미 없어요</w:t>
        <w:br/>
        <w:t>그대와 떨어지는 건 먼저 나는 거니까</w:t>
        <w:br/>
        <w:t>무중력, 제로</w:t>
        <w:br/>
        <w:t>그대 불꽃 주위를 도는 영원한 궤도</w:t>
        <w:br/>
        <w:br/>
        <w:t>[Verso 2 - 랩 / 2절]</w:t>
        <w:br/>
        <w:t>새로운 발자국으로 달을 밟아요</w:t>
        <w:br/>
        <w:t>가슴엔 NOVA, 아홉 번째 힘</w:t>
        <w:br/>
        <w:t>산소가 없어도 그댈 숨 쉬어요</w:t>
        <w:br/>
        <w:t>내 우주복은 그대의 인내심</w:t>
        <w:br/>
        <w:t>휴스턴, 문제없어요</w:t>
        <w:br/>
        <w:t>문제는 그대 없이 사는 것뿐</w:t>
        <w:br/>
        <w:br/>
        <w:t>[Puente / 브릿지]</w:t>
        <w:br/>
        <w:t>우주가 팽창한다면</w:t>
        <w:br/>
        <w:t>우리를 함께 팽창시키길…</w:t>
        <w:br/>
        <w:br/>
        <w:t>[Coro final / 마지막 후렴]</w:t>
        <w:br/>
        <w:t>무중력, 제로, 제로!</w:t>
        <w:br/>
        <w:t>그대와 떨어지는 건 먼저 나는 것</w:t>
      </w:r>
    </w:p>
    <w:p>
      <w:r>
        <w:br w:type="page"/>
      </w:r>
    </w:p>
    <w:p>
      <w:pPr>
        <w:pStyle w:val="Heading1"/>
      </w:pPr>
      <w:r>
        <w:rPr>
          <w:color w:val="8B2D6B"/>
        </w:rPr>
        <w:t>08 · Café y Luna</w:t>
      </w:r>
    </w:p>
    <w:p>
      <w:r>
        <w:rPr>
          <w:b/>
        </w:rPr>
        <w:t>K-pop — HAEUN (solista)</w:t>
        <w:br/>
      </w:r>
      <w:r>
        <w:rPr>
          <w:color w:val="707070"/>
        </w:rPr>
        <w:t>Archivo MP3: audio/kpop-haeun-cafe-y-luna.mp3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R&amp;B coreano suave, teclas Rhodes, batería lo-fi y bajo cálido, 92 bpm, voz femenina íntima con armonías dobladas y un scat final; ambiente de cafetería nocturna, neo-soul.</w:t>
      </w:r>
    </w:p>
    <w:p>
      <w:pPr>
        <w:pStyle w:val="Heading2"/>
      </w:pPr>
      <w:r>
        <w:t>Letra en español</w:t>
      </w:r>
    </w:p>
    <w:p>
      <w:r>
        <w:t>[Verso 1]</w:t>
        <w:br/>
        <w:t>Último turno, luces bajas,</w:t>
        <w:br/>
        <w:t>la espuma dibuja tu inicial.</w:t>
        <w:br/>
        <w:t>La luna se sienta en la barra</w:t>
        <w:br/>
        <w:t>y pide lo mismo que tú: un final.</w:t>
        <w:br/>
        <w:br/>
        <w:t>[Pre-coro]</w:t>
        <w:br/>
        <w:t>Cierro a las doce,</w:t>
        <w:br/>
        <w:t>pero por ti dejo abierto.</w:t>
        <w:br/>
        <w:br/>
        <w:t>[Coro]</w:t>
        <w:br/>
        <w:t>Café y luna, azúcar lenta,</w:t>
        <w:br/>
        <w:t>tu recuerdo se revuelve solo.</w:t>
        <w:br/>
        <w:t>Un sorbo amargo, un sorbo a miel:</w:t>
        <w:br/>
        <w:t>así sabe extrañarte un poco.</w:t>
        <w:br/>
        <w:t>Si vuelves antes que amanezca</w:t>
        <w:br/>
        <w:t>te guardo el asiento de siempre:</w:t>
        <w:br/>
        <w:t>café y luna para dos,</w:t>
        <w:br/>
        <w:t>y la noche de vuelto.</w:t>
        <w:br/>
        <w:br/>
        <w:t>[Verso 2]</w:t>
        <w:br/>
        <w:t>Aprendí tu orden de memoria:</w:t>
        <w:br/>
        <w:t>sin prisa, con canela y sin adiós.</w:t>
        <w:br/>
        <w:t>La campana de la puerta suena</w:t>
        <w:br/>
        <w:t>y siempre me giro… por si eres vos.</w:t>
        <w:br/>
        <w:br/>
        <w:t>[Puente]</w:t>
        <w:br/>
        <w:t>La luna se derrite en mi taza,</w:t>
        <w:br/>
        <w:t>yo me derrito en tu "quizás".</w:t>
        <w:br/>
        <w:br/>
        <w:t>[Coro final]</w:t>
        <w:br/>
        <w:t>Café y luna, azúcar lenta…</w:t>
        <w:br/>
        <w:t>la noche sabe a esperarte.</w:t>
      </w:r>
    </w:p>
    <w:p>
      <w:pPr>
        <w:pStyle w:val="Heading2"/>
      </w:pPr>
      <w:r>
        <w:t>Letra en coreano (가사)</w:t>
      </w:r>
    </w:p>
    <w:p>
      <w:r>
        <w:t>[Verso 1 / 1절]</w:t>
        <w:br/>
        <w:t>마지막 근무, 낮은 조명</w:t>
        <w:br/>
        <w:t>거품이 그대 이니셜을 그려요</w:t>
        <w:br/>
        <w:t>달이 바에 앉아</w:t>
        <w:br/>
        <w:t>그대와 같은 걸 주문해요: 결말 하나</w:t>
        <w:br/>
        <w:br/>
        <w:t>[Pre-coro / 프리코러스]</w:t>
        <w:br/>
        <w:t>열두 시에 문을 닫지만</w:t>
        <w:br/>
        <w:t>그대를 위해 열어둘게요</w:t>
        <w:br/>
        <w:br/>
        <w:t>[Coro / 후렴]</w:t>
        <w:br/>
        <w:t>커피와 달, 천천히 녹는 설탕</w:t>
        <w:br/>
        <w:t>그대 기억은 저절로 저어져요</w:t>
        <w:br/>
        <w:t>쓴 한 모금, 꿀 같은 한 모금</w:t>
        <w:br/>
        <w:t>그댈 그리워하는 맛은 이래요</w:t>
        <w:br/>
        <w:t>새벽이 오기 전에 돌아온다면</w:t>
        <w:br/>
        <w:t>늘 앉던 자리를 남겨둘게요</w:t>
        <w:br/>
        <w:t>둘을 위한 커피와 달</w:t>
        <w:br/>
        <w:t>그리고 거스름돈은 이 밤으로</w:t>
        <w:br/>
        <w:br/>
        <w:t>[Verso 2 / 2절]</w:t>
        <w:br/>
        <w:t>그대의 주문을 외웠어요</w:t>
        <w:br/>
        <w:t>서두르지 않게, 시나몬 넣고, 이별은 빼고</w:t>
        <w:br/>
        <w:t>문에 달린 종이 울릴 때마다</w:t>
        <w:br/>
        <w:t>돌아봐요… 그대일까 봐</w:t>
        <w:br/>
        <w:br/>
        <w:t>[Puente / 브릿지]</w:t>
        <w:br/>
        <w:t>달이 내 잔에서 녹아요</w:t>
        <w:br/>
        <w:t>나는 그대의 "아마도"에서 녹아요</w:t>
        <w:br/>
        <w:br/>
        <w:t>[Coro final / 마지막 후렴]</w:t>
        <w:br/>
        <w:t>커피와 달, 천천히 녹는 설탕…</w:t>
        <w:br/>
        <w:t>이 밤은 그댈 기다리는 맛이에요</w:t>
      </w:r>
    </w:p>
    <w:p>
      <w:r>
        <w:br w:type="page"/>
      </w:r>
    </w:p>
    <w:p>
      <w:pPr>
        <w:pStyle w:val="Heading1"/>
      </w:pPr>
      <w:r>
        <w:rPr>
          <w:color w:val="8B2D6B"/>
        </w:rPr>
        <w:t>09 · Primavera Eterna</w:t>
      </w:r>
    </w:p>
    <w:p>
      <w:r>
        <w:rPr>
          <w:b/>
        </w:rPr>
        <w:t>K-pop — BOM&amp;VERA (dúo)</w:t>
        <w:br/>
      </w:r>
      <w:r>
        <w:rPr>
          <w:color w:val="707070"/>
        </w:rPr>
        <w:t>Archivo MP3: audio/kpop-bomvera-primavera.mp3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Folk-pop coreano primaveral, guitarras acústicas, silbidos, cuerdas ligeras y palmas, 100 bpm, dúo femenino en armonía de terceras; luminoso, festival al aire libre.</w:t>
      </w:r>
    </w:p>
    <w:p>
      <w:pPr>
        <w:pStyle w:val="Heading2"/>
      </w:pPr>
      <w:r>
        <w:t>Letra en español</w:t>
      </w:r>
    </w:p>
    <w:p>
      <w:r>
        <w:t>[Verso 1]</w:t>
        <w:br/>
        <w:t>Sacudimos el invierno de los hombros</w:t>
        <w:br/>
        <w:t>como quien sacude un viejo abrigo.</w:t>
        <w:br/>
        <w:t>Los cerezos aplauden en las calles:</w:t>
        <w:br/>
        <w:t>la estación llegó y llegó contigo.</w:t>
        <w:br/>
        <w:br/>
        <w:t>[Pre-coro]</w:t>
        <w:br/>
        <w:t>Si el viento pregunta,</w:t>
        <w:br/>
        <w:t>dile que nos vio bailando.</w:t>
        <w:br/>
        <w:br/>
        <w:t>[Coro]</w:t>
        <w:br/>
        <w:t>Primavera eterna, quédate,</w:t>
        <w:br/>
        <w:t>no le debes nada al calendario.</w:t>
        <w:br/>
        <w:t>Floreceremos aunque llueva,</w:t>
        <w:br/>
        <w:t>aunque el mundo ande apurado.</w:t>
        <w:br/>
        <w:t>Tú y yo, semilla y sol,</w:t>
        <w:br/>
        <w:t>primavera eterna en cualquier barrio.</w:t>
        <w:br/>
        <w:br/>
        <w:t>[Verso 2]</w:t>
        <w:br/>
        <w:t>Los pétalos no piden permiso,</w:t>
        <w:br/>
        <w:t>caen donde quieren, como el querer.</w:t>
        <w:br/>
        <w:t>Hicimos picnic de los problemas</w:t>
        <w:br/>
        <w:t>y postre de lo que puede doler.</w:t>
        <w:br/>
        <w:br/>
        <w:t>[Puente]</w:t>
        <w:br/>
        <w:t>Que el verano espere,</w:t>
        <w:br/>
        <w:t>que el otoño aprenda,</w:t>
        <w:br/>
        <w:t>que el invierno mire</w:t>
        <w:br/>
        <w:t>cómo se ama en primavera.</w:t>
        <w:br/>
        <w:br/>
        <w:t>[Coro final]</w:t>
        <w:br/>
        <w:t>Primavera eterna, quédate…</w:t>
        <w:br/>
        <w:t>contigo florece hasta el asfalto.</w:t>
      </w:r>
    </w:p>
    <w:p>
      <w:pPr>
        <w:pStyle w:val="Heading2"/>
      </w:pPr>
      <w:r>
        <w:t>Letra en coreano (가사)</w:t>
      </w:r>
    </w:p>
    <w:p>
      <w:r>
        <w:t>[Verso 1 / 1절]</w:t>
        <w:br/>
        <w:t>어깨에 쌓인 겨울을 털어냈어요</w:t>
        <w:br/>
        <w:t>오래된 외투를 털어내듯이</w:t>
        <w:br/>
        <w:t>거리마다 벚나무가 박수를 치죠</w:t>
        <w:br/>
        <w:t>계절이 왔고, 그대와 함께 왔어요</w:t>
        <w:br/>
        <w:br/>
        <w:t>[Pre-coro / 프리코러스]</w:t>
        <w:br/>
        <w:t>바람이 물어보면</w:t>
        <w:br/>
        <w:t>우리가 춤추는 걸 봤다고 전해줘요</w:t>
        <w:br/>
        <w:br/>
        <w:t>[Coro / 후렴]</w:t>
        <w:br/>
        <w:t>영원한 봄, 머물러줘요</w:t>
        <w:br/>
        <w:t>달력에 빚진 것 없잖아요</w:t>
        <w:br/>
        <w:t>비가 와도 우린 피어날 거예요</w:t>
        <w:br/>
        <w:t>세상이 바쁘게 지나가도</w:t>
        <w:br/>
        <w:t>그대와 나, 씨앗과 햇살</w:t>
        <w:br/>
        <w:t>어느 골목에서든 영원한 봄</w:t>
        <w:br/>
        <w:br/>
        <w:t>[Verso 2 / 2절]</w:t>
        <w:br/>
        <w:t>꽃잎은 허락을 구하지 않아요</w:t>
        <w:br/>
        <w:t>사랑처럼 원하는 곳에 떨어지죠</w:t>
        <w:br/>
        <w:t>우리는 걱정으로 소풍을 만들고</w:t>
        <w:br/>
        <w:t>아픈 것들로 디저트를 만들었어요</w:t>
        <w:br/>
        <w:br/>
        <w:t>[Puente / 브릿지]</w:t>
        <w:br/>
        <w:t>여름은 기다리라 하고</w:t>
        <w:br/>
        <w:t>가을은 배우라 하고</w:t>
        <w:br/>
        <w:t>겨울은 지켜보라 해요</w:t>
        <w:br/>
        <w:t>봄에 사랑하는 법을</w:t>
        <w:br/>
        <w:br/>
        <w:t>[Coro final / 마지막 후렴]</w:t>
        <w:br/>
        <w:t>영원한 봄, 머물러줘요…</w:t>
        <w:br/>
        <w:t>그대와 함께라면 아스팔트도 피어나요</w:t>
      </w:r>
    </w:p>
    <w:p>
      <w:r>
        <w:br w:type="page"/>
      </w:r>
    </w:p>
    <w:p>
      <w:pPr>
        <w:pStyle w:val="Heading1"/>
      </w:pPr>
      <w:r>
        <w:rPr>
          <w:color w:val="8B2D6B"/>
        </w:rPr>
        <w:t>10 · Destello</w:t>
      </w:r>
    </w:p>
    <w:p>
      <w:r>
        <w:rPr>
          <w:b/>
        </w:rPr>
        <w:t>K-pop — AURA (girl group)</w:t>
        <w:br/>
      </w:r>
      <w:r>
        <w:rPr>
          <w:color w:val="707070"/>
        </w:rPr>
        <w:t>Archivo MP3: audio/kpop-aura-destello.mp3</w:t>
      </w:r>
    </w:p>
    <w:p>
      <w:pPr>
        <w:pStyle w:val="Heading2"/>
      </w:pPr>
      <w:r>
        <w:t>Estilo (para el campo Style de Suno)</w:t>
      </w:r>
    </w:p>
    <w:p>
      <w:r>
        <w:rPr>
          <w:i/>
        </w:rPr>
        <w:t>Dance-pop coreano elegante, house suave con cuerdas y piano stabs, 120 bpm, cinco voces femeninas con capas de coros y un canto casi susurrado en el puente; concepto prisma y alta costura.</w:t>
      </w:r>
    </w:p>
    <w:p>
      <w:pPr>
        <w:pStyle w:val="Heading2"/>
      </w:pPr>
      <w:r>
        <w:t>Letra en español</w:t>
      </w:r>
    </w:p>
    <w:p>
      <w:r>
        <w:t>[Intro]</w:t>
        <w:br/>
        <w:t>Luz… que me atraviesa.</w:t>
        <w:br/>
        <w:br/>
        <w:t>[Verso 1]</w:t>
        <w:br/>
        <w:t>Soy cristal, no soy de vidrio:</w:t>
        <w:br/>
        <w:t>si me rompen, corto en cinco.</w:t>
        <w:br/>
        <w:t>Cada lágrima que tuve</w:t>
        <w:br/>
        <w:t>hoy refracta en arcoíris.</w:t>
        <w:br/>
        <w:br/>
        <w:t>[Pre-coro]</w:t>
        <w:br/>
        <w:t>Apunten sus focos:</w:t>
        <w:br/>
        <w:t>no me alumbran, me despiertan.</w:t>
        <w:br/>
        <w:br/>
        <w:t>[Coro]</w:t>
        <w:br/>
        <w:t>Destello, destello,</w:t>
        <w:br/>
        <w:t>brillo aunque cierren los ojos.</w:t>
        <w:br/>
        <w:t>Destello, destello,</w:t>
        <w:br/>
        <w:t>la luz no pide permiso.</w:t>
        <w:br/>
        <w:t>Pasé por el fuego, salí diamante:</w:t>
        <w:br/>
        <w:t>lo que me quema me pule.</w:t>
        <w:br/>
        <w:t>Destello: mírame ahora,</w:t>
        <w:br/>
        <w:t>soy el prisma y soy la fuente.</w:t>
        <w:br/>
        <w:br/>
        <w:t>[Verso 2]</w:t>
        <w:br/>
        <w:t>Caminamos en fila de luz,</w:t>
        <w:br/>
        <w:t>cinco filos de un mismo rayo.</w:t>
        <w:br/>
        <w:t>La sombra que quiso apagarnos</w:t>
        <w:br/>
        <w:t>hoy es fondo de nuestro cuadro.</w:t>
        <w:br/>
        <w:br/>
        <w:t>[Puente - susurro]</w:t>
        <w:br/>
        <w:t>Cierra los ojos…</w:t>
        <w:br/>
        <w:t>¿lo ves? Sigo aquí.</w:t>
        <w:br/>
        <w:br/>
        <w:t>[Coro final]</w:t>
        <w:br/>
        <w:t>Destello, destello…</w:t>
        <w:br/>
        <w:t>la luz no pide permiso.</w:t>
      </w:r>
    </w:p>
    <w:p>
      <w:pPr>
        <w:pStyle w:val="Heading2"/>
      </w:pPr>
      <w:r>
        <w:t>Letra en coreano (가사)</w:t>
      </w:r>
    </w:p>
    <w:p>
      <w:r>
        <w:t>[Intro / 인트로]</w:t>
        <w:br/>
        <w:t>빛… 나를 통과하는</w:t>
        <w:br/>
        <w:br/>
        <w:t>[Verso 1 / 1절]</w:t>
        <w:br/>
        <w:t>난 크리스털, 유리가 아니에요</w:t>
        <w:br/>
        <w:t>깨뜨리면 다섯 갈래로 빛나죠</w:t>
        <w:br/>
        <w:t>내가 흘린 눈물마다</w:t>
        <w:br/>
        <w:t>오늘은 무지개로 굴절돼요</w:t>
        <w:br/>
        <w:br/>
        <w:t>[Pre-coro / 프리코러스]</w:t>
        <w:br/>
        <w:t>조명을 겨눠봐요</w:t>
        <w:br/>
        <w:t>날 비추는 게 아니라 깨우는 거니까</w:t>
        <w:br/>
        <w:br/>
        <w:t>[Coro / 후렴]</w:t>
        <w:br/>
        <w:t>섬광, 섬광</w:t>
        <w:br/>
        <w:t>눈을 감아도 난 빛나요</w:t>
        <w:br/>
        <w:t>섬광, 섬광</w:t>
        <w:br/>
        <w:t>빛은 허락을 구하지 않아요</w:t>
        <w:br/>
        <w:t>불 속을 지나 다이아몬드가 됐죠</w:t>
        <w:br/>
        <w:t>날 태우는 것이 날 연마해요</w:t>
        <w:br/>
        <w:t>섬광: 지금 날 봐요</w:t>
        <w:br/>
        <w:t>난 프리즘이자 광원이에요</w:t>
        <w:br/>
        <w:br/>
        <w:t>[Verso 2 / 2절]</w:t>
        <w:br/>
        <w:t>빛의 대열로 걸어가요</w:t>
        <w:br/>
        <w:t>하나의 광선, 다섯 개의 날</w:t>
        <w:br/>
        <w:t>우릴 끄려던 그림자는</w:t>
        <w:br/>
        <w:t>이제 우리 그림의 배경일 뿐</w:t>
        <w:br/>
        <w:br/>
        <w:t>[Puente - 속삭임 / 브릿지]</w:t>
        <w:br/>
        <w:t>눈을 감아봐요…</w:t>
        <w:br/>
        <w:t>보이나요? 난 여기 있어요</w:t>
        <w:br/>
        <w:br/>
        <w:t>[Coro final / 마지막 후렴]</w:t>
        <w:br/>
        <w:t>섬광, 섬광…</w:t>
        <w:br/>
        <w:t>빛은 허락을 구하지 않아요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